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Письмо в экспертную организацию после залива</w:t>
      </w:r>
    </w:p>
    <w:p>
      <w:pPr>
        <w:ind w:firstLine="0"/>
        <w:jc w:val="left"/>
      </w:pPr>
      <w:r>
        <w:rPr>
          <w:b w:val="0"/>
        </w:rPr>
        <w:t>Кому: [наименование организации]</w:t>
      </w:r>
    </w:p>
    <w:p>
      <w:pPr>
        <w:ind w:firstLine="0"/>
        <w:jc w:val="left"/>
      </w:pPr>
      <w:r>
        <w:rPr>
          <w:b w:val="0"/>
        </w:rPr>
        <w:t>От: [ФИО заявителя]</w:t>
      </w:r>
    </w:p>
    <w:p>
      <w:pPr>
        <w:ind w:firstLine="0"/>
        <w:jc w:val="left"/>
      </w:pPr>
      <w:r>
        <w:rPr>
          <w:b w:val="0"/>
        </w:rPr>
        <w:t>Телефон и электронная почта: [контакты]</w:t>
      </w:r>
    </w:p>
    <w:p>
      <w:r>
        <w:rPr>
          <w:b w:val="0"/>
        </w:rPr>
        <w:t>Прошу сообщить, можете ли вы выполнить исследование по указанной ситуации, какие материалы нужны, сколько стоит работа и в какой срок её можно выполнить.</w:t>
      </w:r>
    </w:p>
    <w:p>
      <w:pPr>
        <w:pStyle w:val="Heading1"/>
      </w:pPr>
      <w:r>
        <w:t>Объект и обстоятельства</w:t>
      </w:r>
    </w:p>
    <w:p>
      <w:pPr>
        <w:ind w:firstLine="0"/>
        <w:jc w:val="left"/>
      </w:pPr>
      <w:r>
        <w:rPr>
          <w:b w:val="0"/>
        </w:rPr>
        <w:t>Адрес помещения: [адрес]</w:t>
      </w:r>
    </w:p>
    <w:p>
      <w:pPr>
        <w:ind w:firstLine="0"/>
        <w:jc w:val="left"/>
      </w:pPr>
      <w:r>
        <w:rPr>
          <w:b w:val="0"/>
        </w:rPr>
        <w:t>Дата залива: [дата]</w:t>
      </w:r>
    </w:p>
    <w:p>
      <w:pPr>
        <w:ind w:firstLine="0"/>
        <w:jc w:val="left"/>
      </w:pPr>
      <w:r>
        <w:rPr>
          <w:b w:val="0"/>
        </w:rPr>
        <w:t>Повреждения: [краткий перечень]</w:t>
      </w:r>
    </w:p>
    <w:p>
      <w:pPr>
        <w:ind w:firstLine="0"/>
        <w:jc w:val="left"/>
      </w:pPr>
      <w:r>
        <w:rPr>
          <w:b w:val="0"/>
        </w:rPr>
        <w:t>Что известно о причине: [обстоятельства]</w:t>
      </w:r>
    </w:p>
    <w:p>
      <w:pPr>
        <w:ind w:firstLine="0"/>
        <w:jc w:val="left"/>
      </w:pPr>
      <w:r>
        <w:rPr>
          <w:b w:val="0"/>
        </w:rPr>
        <w:t>Ремонт или демонтаж после залива: [проводился ли, что сохранилось]</w:t>
      </w:r>
    </w:p>
    <w:p>
      <w:pPr>
        <w:pStyle w:val="Heading1"/>
      </w:pPr>
      <w:r>
        <w:t>Задача обращения</w:t>
      </w:r>
    </w:p>
    <w:p>
      <w:r>
        <w:rPr>
          <w:b w:val="0"/>
        </w:rPr>
        <w:t>Нужны [расчёт ущерба / техническое исследование причины / осмотр и фиксация повреждений / иная задача]. Документ планирую использовать для [претензии / переговоров / представления в суд / иной цели]. Вопросы специалисту: [вопросы].</w:t>
      </w:r>
    </w:p>
    <w:p>
      <w:r>
        <w:rPr>
          <w:b w:val="0"/>
        </w:rPr>
        <w:t>Имеются [акт УК, фото, видео, размеры, документы на имущество, аварийный элемент и иные материалы]. Возможность доступа к помещению: [условия].</w:t>
      </w:r>
    </w:p>
    <w:p>
      <w:pPr>
        <w:pStyle w:val="Heading1"/>
      </w:pPr>
      <w:r>
        <w:t>Прошу указать в ответе</w:t>
      </w:r>
    </w:p>
    <w:p>
      <w:pPr>
        <w:ind w:firstLine="0"/>
        <w:jc w:val="left"/>
      </w:pPr>
      <w:r>
        <w:rPr>
          <w:b w:val="0"/>
        </w:rPr>
        <w:t>1. Возможность выполнения работы, подходящий вид документа и необходимость осмотра.</w:t>
      </w:r>
    </w:p>
    <w:p>
      <w:pPr>
        <w:ind w:firstLine="0"/>
        <w:jc w:val="left"/>
      </w:pPr>
      <w:r>
        <w:rPr>
          <w:b w:val="0"/>
        </w:rPr>
        <w:t>2. ФИО специалиста и сведения о квалификации по нужному направлению.</w:t>
      </w:r>
    </w:p>
    <w:p>
      <w:pPr>
        <w:ind w:firstLine="0"/>
        <w:jc w:val="left"/>
      </w:pPr>
      <w:r>
        <w:rPr>
          <w:b w:val="0"/>
        </w:rPr>
        <w:t>3. Стоимость, срок, порядок оплаты и формат выдачи результата.</w:t>
      </w:r>
    </w:p>
    <w:p>
      <w:pPr>
        <w:ind w:firstLine="0"/>
        <w:jc w:val="left"/>
      </w:pPr>
      <w:r>
        <w:rPr>
          <w:b w:val="0"/>
        </w:rPr>
        <w:t>4. Какие документы и исходные данные необходимо предоставить дополнительно.</w:t>
      </w:r>
    </w:p>
    <w:p>
      <w:pPr>
        <w:ind w:firstLine="0"/>
        <w:jc w:val="left"/>
      </w:pPr>
      <w:r>
        <w:rPr>
          <w:b w:val="0"/>
          <w:i/>
          <w:sz w:val="20"/>
        </w:rPr>
        <w:t>Если нужно представить суду кандидатуру эксперта, дополнительно попросите информационное письмо о возможности судебной экспертизы, квалификации, сроке и стоимости. Судебную экспертизу назначает суд, а не сам заказчик.</w:t>
      </w:r>
    </w:p>
    <w:p>
      <w:pPr>
        <w:ind w:firstLine="0"/>
        <w:jc w:val="left"/>
      </w:pPr>
      <w:r>
        <w:rPr>
          <w:b w:val="0"/>
        </w:rPr>
        <w:t>Приложения: [перечень].</w:t>
      </w:r>
    </w:p>
    <w:p>
      <w:pPr>
        <w:ind w:firstLine="0"/>
        <w:jc w:val="left"/>
      </w:pPr>
      <w:r>
        <w:rPr>
          <w:b w:val="0"/>
        </w:rPr>
        <w:t>Дата: __________________  Подпись: __________________ / [ФИО] /</w:t>
      </w:r>
    </w:p>
    <w:p>
      <w:pPr>
        <w:ind w:firstLine="0"/>
        <w:jc w:val="left"/>
      </w:pPr>
      <w:r>
        <w:rPr>
          <w:b w:val="0"/>
          <w:i/>
          <w:sz w:val="20"/>
        </w:rPr>
        <w:t>Запрос не является договором. Объём задания и ограничения согласовываются после изучения материалов.</w:t>
      </w:r>
    </w:p>
    <w:sectPr w:rsidR="00FC693F" w:rsidRPr="0006063C" w:rsidSect="00034616"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64" w:lineRule="auto"/>
      <w:ind w:firstLine="709"/>
      <w:jc w:val="both"/>
    </w:pPr>
    <w:rPr>
      <w:rFonts w:ascii="Times New Roman" w:hAnsi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100" w:line="264" w:lineRule="auto"/>
      <w:ind w:firstLine="0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100" w:line="264" w:lineRule="auto"/>
      <w:ind w:firstLine="0"/>
      <w:outlineLvl w:val="1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00" w:line="264" w:lineRule="auto" w:before="160"/>
      <w:ind w:firstLine="0"/>
      <w:contextualSpacing/>
      <w:jc w:val="center"/>
    </w:pPr>
    <w:rPr>
      <w:rFonts w:asciiTheme="majorHAnsi" w:eastAsiaTheme="majorEastAsia" w:hAnsiTheme="majorHAnsi" w:cstheme="majorBidi" w:ascii="Times New Roman" w:hAnsi="Times New Roman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Письмо в экспертную организацию после залива</dc:title>
  <dc:subject/>
  <dc:creator>Затопил.рф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